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PRAYER, POWER AND THE HOLY SPIRIT</w:t>
      </w:r>
    </w:p>
    <w:p>
      <w:pPr>
        <w:keepNext/>
        <w:spacing w:after="160"/>
      </w:pPr>
      <w:r>
        <w:rPr>
          <w:rFonts w:ascii="Aptos Display" w:hAnsi="Aptos Display"/>
          <w:b/>
          <w:color w:val="24343F"/>
          <w:sz w:val="60"/>
        </w:rPr>
        <w:t>Pray in the Spirit</w:t>
      </w:r>
    </w:p>
    <w:p>
      <w:pPr>
        <w:keepNext/>
        <w:spacing w:after="280"/>
      </w:pPr>
      <w:r>
        <w:rPr>
          <w:rFonts w:ascii="Aptos" w:hAnsi="Aptos"/>
          <w:i/>
          <w:color w:val="59656D"/>
          <w:sz w:val="26"/>
        </w:rPr>
        <w:t>For many Christians, praying in the Spirit has become strange, optional, or neglected. The New Testament treats it very differently. It is a gift to receive, a discipline to practice, and a source of spiritual strength we were never meant to leave unused.</w:t>
      </w:r>
    </w:p>
    <w:p>
      <w:pPr>
        <w:keepNext/>
        <w:spacing w:after="480"/>
      </w:pPr>
      <w:r>
        <w:rPr>
          <w:rFonts w:ascii="Aptos" w:hAnsi="Aptos"/>
          <w:b/>
          <w:color w:val="9A6A35"/>
          <w:sz w:val="20"/>
        </w:rPr>
        <w:t>By Tom Rawls</w:t>
      </w:r>
    </w:p>
    <w:p>
      <w:pPr/>
      <w:r>
        <w:t>Let me say this plainly. I believe in tongues. I speak in tongues. I pray for other people to receive the gift of tongues, and I refuse to believe that this precious gift is quietly fading into Christian history. Praying in the Spirit was present at the birth of the church, and I believe it belongs in the daily spiritual life of believers now.</w:t>
      </w:r>
    </w:p>
    <w:p>
      <w:pPr/>
      <w:r>
        <w:t>For me, this is not theology at a safe distance. The baptism in the Holy Spirit opens the door to a life that stays full of the Spirit, walks in the Spirit, keeps in step with the Spirit, and continually prays in the Spirit. The problem is that many believers never move beyond the doorway. They may believe in the Holy Spirit, even sing about the Holy Spirit, yet remain uncertain about the supernatural life He gives.</w:t>
      </w:r>
    </w:p>
    <w:p>
      <w:pPr/>
      <w:r>
        <w:t>Some are intimidated by tongues. They are afraid they might lose control. Others dismiss it as strange, archaic, unnecessary, or embarrassing. Some assume it belongs to the super-spiritual fringe of Christianity. I understand why people feel uncomfortable with what they do not understand. But the real tension is not the gift. The tension is often our lack of biblical understanding about the Holy Spirit and what Scripture says about praying in the Spirit.</w:t>
      </w:r>
    </w:p>
    <w:p>
      <w:pPr>
        <w:spacing w:before="280" w:after="280"/>
        <w:jc w:val="center"/>
      </w:pPr>
      <w:r>
        <w:rPr>
          <w:rFonts w:ascii="Aptos Display" w:hAnsi="Aptos Display"/>
          <w:b/>
          <w:color w:val="9A6A35"/>
          <w:sz w:val="32"/>
        </w:rPr>
        <w:t>We have treated a lifeline like an accessory.</w:t>
      </w:r>
    </w:p>
    <w:p>
      <w:pPr/>
      <w:r>
        <w:t>We reduce praying in the Spirit to an optional Pentecostal practice, a relic rather than a weapon, a tradition rather than a lifeline, a theological footnote rather than an active connection with God's supernatural power. Then we wonder why believers feel spiritually weak, distracted by the mundane, and uncertain in moments that require spiritual strength.</w:t>
      </w:r>
    </w:p>
    <w:p>
      <w:pPr>
        <w:pStyle w:val="Heading1"/>
      </w:pPr>
      <w:r>
        <w:t>Pentecost Was Not Quiet</w:t>
      </w:r>
    </w:p>
    <w:p>
      <w:pPr/>
      <w:r>
        <w:t>The baptism in the Holy Spirit did not slip unnoticed into the church. It did not arrive as a minor addition to religious tradition. It was not an obscure theological adjustment discussed quietly by a few specialists. Pentecost was a divine earthquake. It shattered expectations and changed the shape of the early church.</w:t>
      </w:r>
    </w:p>
    <w:p>
      <w:pPr/>
      <w:r>
        <w:t>The fire did not stay in one room. It moved into homes, through the temple courts, across cities, and into the lives of people nobody expected to receive it. Acts shows the Holy Spirit refusing to remain inside comfortable religious boundaries. The gift reached Jewish believers and then Gentile households. People could be sitting at home in the middle of a meal, completely unprepared, and the Holy Spirit would fall on them.</w:t>
      </w:r>
    </w:p>
    <w:p>
      <w:pPr/>
      <w:r>
        <w:t>That matters because we can become far too tidy with something God introduced with wind, fire, supernatural speech, boldness, and power. We try to make the Holy Spirit respectable enough to fit our preferences. The New Testament does not give us a domesticated Spirit. It gives us the Spirit who raised Christ from the dead and now lives in believers.</w:t>
      </w:r>
    </w:p>
    <w:p>
      <w:pPr>
        <w:spacing w:before="280" w:after="280"/>
        <w:jc w:val="center"/>
      </w:pPr>
      <w:r>
        <w:rPr>
          <w:rFonts w:ascii="Aptos Display" w:hAnsi="Aptos Display"/>
          <w:b/>
          <w:color w:val="9A6A35"/>
          <w:sz w:val="32"/>
        </w:rPr>
        <w:t>Pentecost was not a theological footnote. It was an eruption.</w:t>
      </w:r>
    </w:p>
    <w:p>
      <w:pPr/>
      <w:r>
        <w:t>When you pray in the Spirit, you are not performing a religious ritual. You are engaging a supernatural gift. Your mind does not control everything that is happening. That is precisely why some people find it difficult. We are comfortable when faith stays inside the borders of what we can explain, analyze, and manage. Praying in the Spirit requires trust.</w:t>
      </w:r>
    </w:p>
    <w:p>
      <w:pPr/>
      <w:r>
        <w:t>Maybe you have heard people speak in tongues and thought, this is too much for me. Maybe you have sat in a service and quietly decided these people are a little too weird for your taste. Fair enough. Give the Bible a chance before you dismiss the gift. We should never build our theology around embarrassment, unfamiliarity, or somebody else's excesses. Open Scripture and ask what God actually says.</w:t>
      </w:r>
    </w:p>
    <w:p>
      <w:pPr>
        <w:pStyle w:val="Heading1"/>
      </w:pPr>
      <w:r>
        <w:t>Build Yourself Up</w:t>
      </w:r>
    </w:p>
    <w:p>
      <w:pPr/>
      <w:r>
        <w:t>Jude gives a direct instruction: 'But you, dear friends, by building yourselves up in your most holy faith and praying in the Holy Spirit, keep yourselves in God's love as you wait for the mercy of our Lord Jesus Christ to bring you to eternal life.' The connection is impossible to miss. Praying in the Holy Spirit is tied to building ourselves up in faith.</w:t>
      </w:r>
    </w:p>
    <w:p>
      <w:pPr/>
      <w:r>
        <w:t>Think of it as spiritual strength training. Nobody walks into a gym, looks at the weights, admires the equipment, and becomes stronger by observation. Strength comes through use. Muscles respond to resistance. Endurance develops through practice. Your spiritual life also requires investment. Faith is alive. It can grow stronger, or it can become neglected and weak.</w:t>
      </w:r>
    </w:p>
    <w:p>
      <w:pPr/>
      <w:r>
        <w:t>First Corinthians 14:4 says, 'Anyone who speaks in a tongue edifies themselves.' To edify means to build up, strengthen, or reinforce. The picture is construction. Something is being fortified. Your spiritual life is not a finished building that requires no maintenance. It needs constant strengthening.</w:t>
      </w:r>
    </w:p>
    <w:p>
      <w:pPr>
        <w:spacing w:before="280" w:after="280"/>
        <w:jc w:val="center"/>
      </w:pPr>
      <w:r>
        <w:rPr>
          <w:rFonts w:ascii="Aptos Display" w:hAnsi="Aptos Display"/>
          <w:b/>
          <w:color w:val="9A6A35"/>
          <w:sz w:val="32"/>
        </w:rPr>
        <w:t>Spiritual growth is not automatic. Work it.</w:t>
      </w:r>
    </w:p>
    <w:p>
      <w:pPr/>
      <w:r>
        <w:t>We understand this in almost every other part of life. If you want physical health, you make choices that support it. If you want a strong marriage, you invest in it. If you want to become skilled at something, you practice. Yet some Christians expect spiritual strength to arrive automatically because they attended church on Sunday. It does not work that way.</w:t>
      </w:r>
    </w:p>
    <w:p>
      <w:pPr/>
      <w:r>
        <w:t>Prayer is one of the disciplines through which maturity develops. Praying in the Spirit strengthens the inner person and teaches us to see life from a spiritual perspective rather than allowing the visible and immediate to dominate everything. When our attention becomes trapped in the natural world, fear grows larger, circumstances look final, and the supernatural becomes theoretical. Praying in the Spirit pulls us back into spiritual awareness.</w:t>
      </w:r>
    </w:p>
    <w:p>
      <w:pPr>
        <w:pStyle w:val="Heading1"/>
      </w:pPr>
      <w:r>
        <w:t>Power Beyond Understanding</w:t>
      </w:r>
    </w:p>
    <w:p>
      <w:pPr/>
      <w:r>
        <w:t>Paul writes in 1 Corinthians 14:14, 'For if I pray in a tongue, my spirit prays, but my mind is unfruitful.' That verse makes some people nervous because we like understanding. We want to know exactly what we are saying, exactly what is happening, and exactly how everything works. Paul is explicit. When he prays in a tongue, his spirit prays while his mind is unfruitful.</w:t>
      </w:r>
    </w:p>
    <w:p>
      <w:pPr/>
      <w:r>
        <w:t>There are moments when ordinary words feel inadequate. We do not know how to pray. We know the situation is bigger than us, but we cannot find language for it. Romans 8:26-27 says, 'We do not know what we ought to pray for, but the Spirit himself intercedes for us through wordless groans.' Scripture acknowledges our limitation and then introduces the Spirit's help.</w:t>
      </w:r>
    </w:p>
    <w:p>
      <w:pPr/>
      <w:r>
        <w:t>This is where praying in the Spirit becomes more than an interesting doctrine. It becomes a gift for real life. When your mind cannot see the whole picture, the Holy Spirit is not confused. When you have reached the end of your vocabulary, God has not reached the end of His power. When you do not know how to frame the prayer, you can still pray.</w:t>
      </w:r>
    </w:p>
    <w:p>
      <w:pPr>
        <w:spacing w:before="280" w:after="280"/>
        <w:jc w:val="center"/>
      </w:pPr>
      <w:r>
        <w:rPr>
          <w:rFonts w:ascii="Aptos Display" w:hAnsi="Aptos Display"/>
          <w:b/>
          <w:color w:val="9A6A35"/>
          <w:sz w:val="32"/>
        </w:rPr>
        <w:t>Your lack of understanding does not limit the Holy Spirit.</w:t>
      </w:r>
    </w:p>
    <w:p>
      <w:pPr/>
      <w:r>
        <w:t>Praying in the Spirit asks us to trust that God can work beyond what our mind can currently process. That does not mean we stop praying with understanding. Paul says in 1 Corinthians 14:15, 'I will pray with my spirit, but I will also pray with my understanding; I will sing with my spirit, but I will also sing with my understanding.' It is not one or the other. Christian prayer has room for both.</w:t>
      </w:r>
    </w:p>
    <w:p>
      <w:pPr/>
      <w:r>
        <w:t>Pray with words you understand. Bring your requests to God. Ask for wisdom. Name the problem. Then make room for praying in the Spirit when your own understanding cannot carry the full weight of what you are facing. Faith does not require us to understand everything before we obey.</w:t>
      </w:r>
    </w:p>
    <w:p>
      <w:pPr>
        <w:pStyle w:val="Heading1"/>
      </w:pPr>
      <w:r>
        <w:t>Stay in His Presence</w:t>
      </w:r>
    </w:p>
    <w:p>
      <w:pPr/>
      <w:r>
        <w:t>Jude also connects praying in the Holy Spirit with keeping ourselves in God's love. This does not mean we earn God's love by speaking in tongues. It means we deliberately keep ourselves turned toward Him. We remain spiritually attentive. We stay close. We refuse to live disconnected from the presence of God.</w:t>
      </w:r>
    </w:p>
    <w:p>
      <w:pPr/>
      <w:r>
        <w:t>Paul gives a similar instruction in Ephesians 6:18: 'And pray in the Spirit on all occasions with all kinds of prayers and requests. With this in mind, be alert and always keep on praying for all the Lord's people.' Notice the context. Paul has just described the armor of God and spiritual warfare. Then he tells believers to pray in the Spirit on all occasions and stay alert.</w:t>
      </w:r>
    </w:p>
    <w:p>
      <w:pPr/>
      <w:r>
        <w:t>That should change the way we handle spiritual pressure. We often fight emotionally. We panic, obsess, rehearse the problem, argue with people, and wear ourselves out trying to control what we cannot control. Paul directs us toward prayer. Fight spiritually, not merely emotionally. Stay alert. Pray. Strengthen your spirit. Keep praying for God's people.</w:t>
      </w:r>
    </w:p>
    <w:p>
      <w:pPr>
        <w:spacing w:before="280" w:after="280"/>
        <w:jc w:val="center"/>
      </w:pPr>
      <w:r>
        <w:rPr>
          <w:rFonts w:ascii="Aptos Display" w:hAnsi="Aptos Display"/>
          <w:b/>
          <w:color w:val="9A6A35"/>
          <w:sz w:val="32"/>
        </w:rPr>
        <w:t>Stop spending all your energy shouting at the darkness. Pray in the Spirit.</w:t>
      </w:r>
    </w:p>
    <w:p>
      <w:pPr/>
      <w:r>
        <w:t>Praying in tongues is not a magic formula, and it is not theater. It is a spiritual discipline. Use it when you feel weak. Use it when pressure rises. Use it when your mind is tired. Use it when you are facing opposition and do not know how to pray. Instead of allowing anxiety to dominate your inner world, turn your attention toward God and pray.</w:t>
      </w:r>
    </w:p>
    <w:p>
      <w:pPr>
        <w:pStyle w:val="Heading1"/>
      </w:pPr>
      <w:r>
        <w:t>Receive What Jesus Promised</w:t>
      </w:r>
    </w:p>
    <w:p>
      <w:pPr/>
      <w:r>
        <w:t>The first practical question is simple: have you received the baptism in the Holy Spirit? Jesus told His disciples in Acts 1:4-5, 'Do not leave Jerusalem, but wait for the gift my Father promised, which you have heard me speak about. For John baptized with water, but in a few days you will be baptized with the Holy Spirit.' Jesus called the Holy Spirit the Father's promised gift.</w:t>
      </w:r>
    </w:p>
    <w:p>
      <w:pPr/>
      <w:r>
        <w:t>If you have never received, ask. Do not allow fear, denominational history, somebody else's strange behavior, or your own uncertainty to keep you from seeking what Jesus promised. Luke 11:13 says, 'If you then, though you are evil, know how to give good gifts to your children, how much more will your Father in heaven give the Holy Spirit to those who ask him!'</w:t>
      </w:r>
    </w:p>
    <w:p>
      <w:pPr/>
      <w:r>
        <w:t>Come to God with expectation rather than suspicion. Ask Him to fill you with the Holy Spirit. Expect Him to answer. Acts 2:4 says, 'They spoke in tongues as the Spirit gave them the utterance.' The Spirit enabled them, but they spoke. There was divine empowerment and human participation.</w:t>
      </w:r>
    </w:p>
    <w:p>
      <w:pPr>
        <w:spacing w:before="280" w:after="280"/>
        <w:jc w:val="center"/>
      </w:pPr>
      <w:r>
        <w:rPr>
          <w:rFonts w:ascii="Aptos Display" w:hAnsi="Aptos Display"/>
          <w:b/>
          <w:color w:val="9A6A35"/>
          <w:sz w:val="32"/>
        </w:rPr>
        <w:t>Do not leave God's gift sitting unopened.</w:t>
      </w:r>
    </w:p>
    <w:p>
      <w:pPr/>
      <w:r>
        <w:t>Sometimes people overthink this until they become completely stuck. They are waiting for God to take control of their mouth while they remain passive. Yet the biblical language is participation. The Holy Spirit gives utterance, and believers speak. You do not have to manufacture anything, and you do not need to perform. Yield, trust, and respond.</w:t>
      </w:r>
    </w:p>
    <w:p>
      <w:pPr>
        <w:pStyle w:val="Heading1"/>
      </w:pPr>
      <w:r>
        <w:t>Make It a Daily Discipline</w:t>
      </w:r>
    </w:p>
    <w:p>
      <w:pPr/>
      <w:r>
        <w:t>Receiving the gift is not the finish line. Use it. Paul says in 1 Corinthians 14:18, 'I thank my God; I speak with tongues more than ye all.' Whatever else we say about that verse, Paul clearly valued the practice. Speaking in tongues was not a tiny, embarrassing corner of his spiritual life. He gave it a significant place.</w:t>
      </w:r>
    </w:p>
    <w:p>
      <w:pPr/>
      <w:r>
        <w:t>That should challenge us. We can spend hours scrolling, watching, talking, driving, waiting, walking, and filling every quiet space with noise, yet tell ourselves we do not have time to pray. Praying in the Spirit can become part of the ordinary rhythm of your day. You do not need a church service, a microphone, music, or a special atmosphere.</w:t>
      </w:r>
    </w:p>
    <w:p>
      <w:pPr/>
      <w:r>
        <w:t>Pray while you are walking. Pray quietly while you are driving. Pray when you wake up. Pray when you feel spiritually flat. Pray before you make a significant decision. Pray when discouragement begins to settle over you. Instead of automatically reaching for your phone every time your mind has an empty moment, give some of those moments back to God.</w:t>
      </w:r>
    </w:p>
    <w:p>
      <w:pPr>
        <w:spacing w:before="280" w:after="280"/>
        <w:jc w:val="center"/>
      </w:pPr>
      <w:r>
        <w:rPr>
          <w:rFonts w:ascii="Aptos Display" w:hAnsi="Aptos Display"/>
          <w:b/>
          <w:color w:val="9A6A35"/>
          <w:sz w:val="32"/>
        </w:rPr>
        <w:t>The gift becomes powerful in your life when it becomes practiced in your life.</w:t>
      </w:r>
    </w:p>
    <w:p>
      <w:pPr/>
      <w:r>
        <w:t>Do not turn this into another legalistic target. The issue is not proving spirituality by logging minutes. The issue is building a life that regularly makes room for the Holy Spirit. Five intentional minutes can be more useful than another five minutes of anxiety, scrolling, or rehearsing a problem you still cannot solve.</w:t>
      </w:r>
    </w:p>
    <w:p>
      <w:pPr/>
      <w:r>
        <w:t>The more consistently you pray in the Spirit, the more natural it becomes to turn toward God under pressure rather than away from Him. Spiritual disciplines train our instincts. We learn what to do when fear arrives, when disappointment hits, when temptation increases, or when we face something we cannot understand.</w:t>
      </w:r>
    </w:p>
    <w:p>
      <w:pPr>
        <w:pStyle w:val="Heading1"/>
      </w:pPr>
      <w:r>
        <w:t>Pray With Expectation</w:t>
      </w:r>
    </w:p>
    <w:p>
      <w:pPr/>
      <w:r>
        <w:t>There is one more ingredient that matters: faith. If your mind does not understand the words, trust that God does. First Corinthians 14:14 does not apologize for the mind being unfruitful. It simply describes what is happening. Your spirit prays. You do not have to feel something dramatic every time. You do not have to manufacture emotion to prove that prayer worked.</w:t>
      </w:r>
    </w:p>
    <w:p>
      <w:pPr/>
      <w:r>
        <w:t>Pray with expectation even when you cannot see immediate results. This is the realm of faith. Believe that God is at work beyond your current understanding. Pray in the Spirit and pray with your understanding. Sing in the Spirit and sing with your understanding. Bring your mind into prayer without insisting that your mind must supervise everything the Holy Spirit does.</w:t>
      </w:r>
    </w:p>
    <w:p>
      <w:pPr/>
      <w:r>
        <w:t>When you face a difficult decision, pray in the Spirit and ask God for wisdom. When anxiety is consuming you, pray in the Spirit rather than feeding the spiral. When you feel spiritually exhausted, pray. When opposition rises, pray. The point is not that tongues replace every other form of prayer. The point is that God has given us a gift we should actually use.</w:t>
      </w:r>
    </w:p>
    <w:p>
      <w:pPr>
        <w:spacing w:before="280" w:after="280"/>
        <w:jc w:val="center"/>
      </w:pPr>
      <w:r>
        <w:rPr>
          <w:rFonts w:ascii="Aptos Display" w:hAnsi="Aptos Display"/>
          <w:b/>
          <w:color w:val="9A6A35"/>
          <w:sz w:val="32"/>
        </w:rPr>
        <w:t>Do not admire the gift. Activate it.</w:t>
      </w:r>
    </w:p>
    <w:p>
      <w:pPr>
        <w:pStyle w:val="Heading1"/>
      </w:pPr>
      <w:r>
        <w:t>Do Not Leave This Gift Unused</w:t>
      </w:r>
    </w:p>
    <w:p>
      <w:pPr/>
      <w:r>
        <w:t>Praying in the Spirit is not mainly for church services. It belongs in everyday life, and everyday life is where we need spiritual strength most. Life gets difficult. People disappoint us. Decisions become complicated. Our emotions get noisy. The enemy attacks. Our own understanding runs out. We need more than religious memory. We need a living dependence on the Holy Spirit.</w:t>
      </w:r>
    </w:p>
    <w:p>
      <w:pPr/>
      <w:r>
        <w:t>Imagine what might change if praying in the Spirit became part of your normal Christian life rather than something you occasionally remembered during an intense church service. Imagine responding to pressure by praying before panicking. Imagine strengthening your spirit before the crisis arrives. Imagine becoming more spiritually alert because you have trained yourself to live aware of the Holy Spirit.</w:t>
      </w:r>
    </w:p>
    <w:p>
      <w:pPr/>
      <w:r>
        <w:t>I refuse to believe this gift belongs to yesterday. It was present at Pentecost. Paul practiced it. Jude told believers to build themselves up by praying in the Holy Spirit. Ephesians connects prayer in the Spirit with spiritual alertness and the armor of God. The New Testament does not speak about this gift with embarrassment. Neither should we.</w:t>
      </w:r>
    </w:p>
    <w:p>
      <w:pPr>
        <w:spacing w:before="280" w:after="280"/>
        <w:jc w:val="center"/>
      </w:pPr>
      <w:r>
        <w:rPr>
          <w:rFonts w:ascii="Aptos Display" w:hAnsi="Aptos Display"/>
          <w:b/>
          <w:color w:val="9A6A35"/>
          <w:sz w:val="32"/>
        </w:rPr>
        <w:t>Praying in the Spirit is not a museum piece. It is a gift for now.</w:t>
      </w:r>
    </w:p>
    <w:p>
      <w:pPr/>
      <w:r>
        <w:t>Seek the Holy Spirit. Receive what the Father promised. Pray in the Spirit. Make it part of your daily discipline. Build yourself up. Stay close to God. Pray when you understand and pray when you do not. Pray when you feel strong and pray when you feel weak. Pray when heaven feels close and pray when your emotions tell you nothing is happening.</w:t>
      </w:r>
    </w:p>
    <w:p>
      <w:pPr/>
      <w:r>
        <w:t>Do not allow hesitation to rob you of something God gave to strengthen you. Do not let embarrassment write your theology. Do not let unfamiliarity decide what parts of Scripture you will practice. Open the Bible, trust the Holy Spirit, and step into the gift with faith.</w:t>
      </w:r>
    </w:p>
    <w:p>
      <w:pPr/>
      <w:r>
        <w:t>There is more power available to the believer than the power of positive thinking, emotional determination, or human understanding. The Holy Spirit lives in us. He helps us pray. He strengthens us from within. He keeps drawing us into the supernatural life Jesus promised His church.</w:t>
      </w:r>
    </w:p>
    <w:p>
      <w:pPr/>
      <w:r>
        <w:t>Pray in the Spirit. Not as a performance. Not as a badge. Not because it makes you more impressive than anybody else. Pray because you need God. Pray because life is tough. Pray because your understanding has limits. Pray because the Spirit helps us in our weakness. Pray because God gave the gift, and gifts are meant to be received, opened, and used.</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Pray in the Spirit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 in the Spirit</dc:title>
  <dc:subject>Feature Article</dc:subject>
  <dc:creator>Tom Rawls</dc:creator>
  <cp:keywords>steadfast, immovable, abounding, faith, endurance, Holy Spirit, Christian leadership, discipleship</cp:keywords>
  <dc:description>generated by python-docx</dc:description>
  <cp:lastModifiedBy/>
  <cp:revision>1</cp:revision>
  <dcterms:created xsi:type="dcterms:W3CDTF">2013-12-23T23:15:00Z</dcterms:created>
  <dcterms:modified xsi:type="dcterms:W3CDTF">2013-12-23T23:15:00Z</dcterms:modified>
  <cp:category/>
</cp:coreProperties>
</file>