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SPIRITUAL PASSION AND RENEWAL</w:t>
      </w:r>
    </w:p>
    <w:p>
      <w:pPr>
        <w:keepNext/>
        <w:spacing w:after="160"/>
      </w:pPr>
      <w:r>
        <w:rPr>
          <w:rFonts w:ascii="Aptos Display" w:hAnsi="Aptos Display"/>
          <w:b/>
          <w:color w:val="24343F"/>
          <w:sz w:val="60"/>
        </w:rPr>
        <w:t>Regaining Lost Passion</w:t>
      </w:r>
    </w:p>
    <w:p>
      <w:pPr>
        <w:keepNext/>
        <w:spacing w:after="280"/>
      </w:pPr>
      <w:r>
        <w:rPr>
          <w:rFonts w:ascii="Aptos" w:hAnsi="Aptos"/>
          <w:i/>
          <w:color w:val="59656D"/>
          <w:sz w:val="26"/>
        </w:rPr>
        <w:t>You can keep serving, believing, and doing all the right things while the fire quietly cools. Jesus gives us a way back: light a lamp, sweep the house, and search carefully.</w:t>
      </w:r>
    </w:p>
    <w:p>
      <w:pPr>
        <w:keepNext/>
        <w:spacing w:after="480"/>
      </w:pPr>
      <w:r>
        <w:rPr>
          <w:rFonts w:ascii="Aptos" w:hAnsi="Aptos"/>
          <w:b/>
          <w:color w:val="9A6A35"/>
          <w:sz w:val="20"/>
        </w:rPr>
        <w:t>By Tom Rawls</w:t>
      </w:r>
    </w:p>
    <w:p>
      <w:pPr/>
      <w:r>
        <w:t>Denise lost her phone last week. We searched everywhere. The Find My Phone app told us it was somewhere in the house, which was helpful in the same way that telling someone the Atlantic Ocean is somewhere between England and America is helpful. The battery was dead, it would not ping, and the house suddenly felt much bigger than it had five minutes earlier. Eventually she found it. It had slipped down into the couch. Relief. Joy. A small domestic resurrection.</w:t>
      </w:r>
    </w:p>
    <w:p>
      <w:pPr/>
      <w:r>
        <w:t>A few mornings later I dropped a pill on the bedroom floor. I got down on my knees to look for it and thought, while I am down here I might as well pray. I managed three solid minutes, found a lost sock, discovered a one pound coin, and eventually located the pill under the dressing table with the light on my phone. It was only one pill. Believe me, I had others. But once I started looking, I wanted to find it.</w:t>
      </w:r>
    </w:p>
    <w:p>
      <w:pPr/>
      <w:r>
        <w:t>That is what we do with things we value. We turn lights on. We move furniture. We get on our knees. We search places we have already searched. We become strangely determined because something that belongs to us is missing.</w:t>
      </w:r>
    </w:p>
    <w:p>
      <w:pPr>
        <w:spacing w:before="280" w:after="280"/>
        <w:jc w:val="center"/>
      </w:pPr>
      <w:r>
        <w:rPr>
          <w:rFonts w:ascii="Aptos Display" w:hAnsi="Aptos Display"/>
          <w:b/>
          <w:color w:val="9A6A35"/>
          <w:sz w:val="32"/>
        </w:rPr>
        <w:t>We usually search hardest for what we value most.</w:t>
      </w:r>
    </w:p>
    <w:p>
      <w:pPr/>
      <w:r>
        <w:t>What happens when what has gone missing is not a phone, a pill, or a coin? What happens when it is joy? Hunger? Spiritual intensity? What happens when you still believe in God, still go to church, still serve, still know the songs, still understand the language, but somewhere along the way the fire has cooled?</w:t>
      </w:r>
    </w:p>
    <w:p>
      <w:pPr>
        <w:pStyle w:val="Heading1"/>
      </w:pPr>
      <w:r>
        <w:t>The Lost Coin and the God Who Searches</w:t>
      </w:r>
    </w:p>
    <w:p>
      <w:pPr/>
      <w:r>
        <w:t>Jesus tells a story in Luke 15:8-10: "Or suppose a woman has ten silver coins and loses one. Doesn't she light a lamp, sweep the house and search carefully until she finds it? And when she finds it, she calls her friends and neighbors together and says, 'Rejoice with me; I have found my lost coin.' In the same way, I tell you, there is rejoicing in the presence of the angels of God over one sinner who repents."</w:t>
      </w:r>
    </w:p>
    <w:p>
      <w:pPr/>
      <w:r>
        <w:t>The primary point of the parable is beautiful. We are the lost coin. God is the One who searches. Luke 15 gives us a lost sheep, a lost coin, and a lost son because Jesus wanted religious people to understand what God is like. He does not shrug at lost people. He does not say, "Well, they know where to find Me." He goes looking.</w:t>
      </w:r>
    </w:p>
    <w:p>
      <w:pPr/>
      <w:r>
        <w:t>Francis Thompson called Him the "Hound of Heaven," the God who pursues the human heart with relentless grace. I love that image. When I am tired, distracted, flat, or spiritually dull, God does not become indifferent. He is still at work. He stirs hunger. He awakens curiosity. He unsettles our comfortable distance. Grace is not passive. God moves toward us before we have found the energy to move toward Him.</w:t>
      </w:r>
    </w:p>
    <w:p>
      <w:pPr>
        <w:spacing w:before="280" w:after="280"/>
        <w:jc w:val="center"/>
      </w:pPr>
      <w:r>
        <w:rPr>
          <w:rFonts w:ascii="Aptos Display" w:hAnsi="Aptos Display"/>
          <w:b/>
          <w:color w:val="9A6A35"/>
          <w:sz w:val="32"/>
        </w:rPr>
        <w:t>God does not lose interest in us when we lose intensity toward Him.</w:t>
      </w:r>
    </w:p>
    <w:p>
      <w:pPr/>
      <w:r>
        <w:t>Yet there is a secondary truth in the woman's search that we should not miss. She knows the coin has value, and because it has value she does something about the loss. She lights a lamp. She sweeps the house. She searches carefully. That raises a more uncomfortable question: if you knew you had lost some of your passion for God, how seriously would you search for it?</w:t>
      </w:r>
    </w:p>
    <w:p>
      <w:pPr>
        <w:pStyle w:val="Heading1"/>
      </w:pPr>
      <w:r>
        <w:t>You Can Be Faithful and Still Lose the Fire</w:t>
      </w:r>
    </w:p>
    <w:p>
      <w:pPr/>
      <w:r>
        <w:t>Revelation 2 gives us one of the most sobering pictures of this. Jesus speaks to the church at Ephesus and commends their hard work, perseverance, doctrinal discernment, and endurance. They were not lazy. They were not gullible. They had suffered and kept going. On paper, this was an impressive church.</w:t>
      </w:r>
    </w:p>
    <w:p>
      <w:pPr/>
      <w:r>
        <w:t>Then Jesus says, "Yet I hold this against you: You have forsaken the love you had at first. Consider how far you have fallen! Repent and do the things you did at first."</w:t>
      </w:r>
    </w:p>
    <w:p>
      <w:pPr/>
      <w:r>
        <w:t>That is frightening because it means you can keep the machinery of church life running after the fire has started to go out. You can preach, lead, serve, give, attend, organize, defend truth, and carry responsibility while the passionate intensity of your relationship with Jesus slowly cools. The problem at Ephesus was not that they had abandoned Christ. They had lost the warmth, wonder, and affection that once characterized their love for Him.</w:t>
      </w:r>
    </w:p>
    <w:p>
      <w:pPr>
        <w:spacing w:before="280" w:after="280"/>
        <w:jc w:val="center"/>
      </w:pPr>
      <w:r>
        <w:rPr>
          <w:rFonts w:ascii="Aptos Display" w:hAnsi="Aptos Display"/>
          <w:b/>
          <w:color w:val="9A6A35"/>
          <w:sz w:val="32"/>
        </w:rPr>
        <w:t>You can keep the machinery running after the fire has gone out.</w:t>
      </w:r>
    </w:p>
    <w:p>
      <w:pPr/>
      <w:r>
        <w:t>Paul understands the same danger. Romans 12:10-12 says, "Be devoted to one another in love. Honor one another above yourselves. Never be lacking in zeal, but keep your spiritual fervor, serving the Lord. Be joyful in hope, patient in affliction, faithful in prayer."</w:t>
      </w:r>
    </w:p>
    <w:p>
      <w:pPr/>
      <w:r>
        <w:t>Paul would never tell us to keep our spiritual fervor if fervor could not be lost. Zeal leaks. Passion can drain away. Affliction can wear us down. Disappointment can make us cynical. Prayerlessness can make God feel distant. Familiarity can turn wonder into routine. We begin serving from duty rather than delight, and eventually we are doing the right things with the wrong heart.</w:t>
      </w:r>
    </w:p>
    <w:p>
      <w:pPr/>
      <w:r>
        <w:t>Notice Paul's answer. Be joyful in hope, patient in affliction, and faithful in prayer. Those are not religious slogans. They protect the interior life. Hope keeps disappointment from writing the future. Patience keeps affliction from turning us bitter. Prayer keeps our hearts open to God when pressure is trying to close them.</w:t>
      </w:r>
    </w:p>
    <w:p>
      <w:pPr/>
      <w:r>
        <w:t>Nehemiah 8:10 says, "Do not grieve, for the joy of the Lord is your strength." There is a connection between joy and spiritual strength. When joy disappears for long enough, everything starts to feel heavier. Serving becomes harder. People become more irritating. Church becomes something we endure rather than something we love. We can reach the point where we are present physically but absent emotionally.</w:t>
      </w:r>
    </w:p>
    <w:p>
      <w:pPr>
        <w:pStyle w:val="Heading1"/>
      </w:pPr>
      <w:r>
        <w:t>Light a Lamp</w:t>
      </w:r>
    </w:p>
    <w:p>
      <w:pPr/>
      <w:r>
        <w:t>Jesus' image gives us a way back. The woman first lights a lamp. If you have lost spiritual passion, turn the light on again. Psalm 119:105 says, "Your word is a lamp for my feet, a light on my path."</w:t>
      </w:r>
    </w:p>
    <w:p>
      <w:pPr/>
      <w:r>
        <w:t>Open the Scriptures. Read them when you feel hungry and read them when you do not. Do not turn Bible reading into another religious performance. The point is not to impress God with how many chapters you completed. Read until the Word starts reading you. Give the Holy Spirit room to illuminate what you have ignored, soothe what has been wounded, challenge what has become compromised, and remind you of truths you once knew with fire but now only remember as information.</w:t>
      </w:r>
    </w:p>
    <w:p>
      <w:pPr/>
      <w:r>
        <w:t>Some of us do not need a new revelation. We need fresh light on an old truth. We need to hear again that God is faithful, Christ is enough, grace is real, sin is destructive, prayer matters, people matter, eternity matters, and the kingdom of God is worth giving our lives to.</w:t>
      </w:r>
    </w:p>
    <w:p>
      <w:pPr>
        <w:spacing w:before="280" w:after="280"/>
        <w:jc w:val="center"/>
      </w:pPr>
      <w:r>
        <w:rPr>
          <w:rFonts w:ascii="Aptos Display" w:hAnsi="Aptos Display"/>
          <w:b/>
          <w:color w:val="9A6A35"/>
          <w:sz w:val="32"/>
        </w:rPr>
        <w:t>Sometimes the way back to fire begins by turning the light on.</w:t>
      </w:r>
    </w:p>
    <w:p>
      <w:pPr/>
      <w:r>
        <w:t>Let the Word of God light the path you are actually walking, not the imaginary life you wish you had. Let it into your disappointments, your frustrations, your private thoughts, your unanswered prayers, your tiredness, and your chaos. Resist the desire for self-determination. You do not need to reinvent your spiritual life. You need light.</w:t>
      </w:r>
    </w:p>
    <w:p>
      <w:pPr>
        <w:pStyle w:val="Heading1"/>
      </w:pPr>
      <w:r>
        <w:t>Sweep the House</w:t>
      </w:r>
    </w:p>
    <w:p>
      <w:pPr/>
      <w:r>
        <w:t>The woman then sweeps the house. That part is less romantic. Sweeping disturbs dust. It moves things. It exposes corners we would rather leave alone. If passion has gone missing, there are moments when we have to allow God to search the house.</w:t>
      </w:r>
    </w:p>
    <w:p>
      <w:pPr/>
      <w:r>
        <w:t>James 4:7-8 says, "Submit yourselves, then, to God. Resist the devil, and he will flee from you. Come near to God and he will come near to you. Wash your hands, you sinners, and purify your hearts, you double-minded."</w:t>
      </w:r>
    </w:p>
    <w:p>
      <w:pPr/>
      <w:r>
        <w:t>There is nothing vague about that. Submit. Resist. Come near. Wash. Purify. Sometimes our spiritual dullness has a very practical cause. We have tolerated something that is poisoning the heart. Bitterness. Compromise. Pride. Secret sin. Offense. An appetite we keep feeding. A relationship that constantly pulls us away from obedience. We ask God for fresh fire while protecting the very thing that keeps smothering it.</w:t>
      </w:r>
    </w:p>
    <w:p>
      <w:pPr>
        <w:spacing w:before="280" w:after="280"/>
        <w:jc w:val="center"/>
      </w:pPr>
      <w:r>
        <w:rPr>
          <w:rFonts w:ascii="Aptos Display" w:hAnsi="Aptos Display"/>
          <w:b/>
          <w:color w:val="9A6A35"/>
          <w:sz w:val="32"/>
        </w:rPr>
        <w:t>You cannot ask God to relight what you refuse to uncover.</w:t>
      </w:r>
    </w:p>
    <w:p>
      <w:pPr/>
      <w:r>
        <w:t>Repentance is not punishment. It is the mercy of God giving us a way home. Jesus tells the Ephesian church to repent and do the things they did at first. He does not humiliate them. He gives them a route back. If something has clogged your spiritual life, name it. Bring it into the light. Change your mind about it. Change direction. Stop negotiating with what is stealing your joy.</w:t>
      </w:r>
    </w:p>
    <w:p>
      <w:pPr/>
      <w:r>
        <w:t>Then draw near to God. Worship again, not because the song moved you but because He is worthy. Pray honestly. Tell Him where you are. Stop pretending you are fine when you are not. God can work with honesty. Religious performance gives Him very little to work with because it keeps defending the version of us that needs to die.</w:t>
      </w:r>
    </w:p>
    <w:p>
      <w:pPr>
        <w:pStyle w:val="Heading1"/>
      </w:pPr>
      <w:r>
        <w:t>Search Carefully</w:t>
      </w:r>
    </w:p>
    <w:p>
      <w:pPr/>
      <w:r>
        <w:t>The woman does not make a half-hearted search. Jesus says she searches carefully until she finds the coin. That is pursuit. Genuine pursuit costs time, attention, energy, and focus. It looks under the dresser and down the side of the couch. It refuses distraction because what is missing matters too much.</w:t>
      </w:r>
    </w:p>
    <w:p>
      <w:pPr/>
      <w:r>
        <w:t>Jeremiah 29:13 says, "You will seek me and find me when you seek me with all your heart." The language is wholehearted. Not casually. Not when convenient. Not with one eye on God and the other on everything else that has captured our attention.</w:t>
      </w:r>
    </w:p>
    <w:p>
      <w:pPr/>
      <w:r>
        <w:t>We live in an age of chronic distraction. Our minds are scattered across notifications, opinions, outrage, entertainment, work, church, family, and constant noise. Spiritual hunger rarely survives without intentionality. If you want to regain passion, you may have to make room for God again. Put the phone down. Turn the noise off. Create space. Stay in His presence long enough for your heart to stop racing and start listening.</w:t>
      </w:r>
    </w:p>
    <w:p>
      <w:pPr/>
      <w:r>
        <w:t>Second Chronicles 7:14 says, "If my people, who are called by my name, will humble themselves and pray and seek my face and turn from their wicked ways, then I will hear from heaven, and I will forgive their sin and will heal their land." Humility, prayer, seeking, turning. Scripture keeps bringing us back to the same place. God responds to wholehearted pursuit.</w:t>
      </w:r>
    </w:p>
    <w:p>
      <w:pPr>
        <w:pStyle w:val="Heading1"/>
      </w:pPr>
      <w:r>
        <w:t>Do the Things You Did at First</w:t>
      </w:r>
    </w:p>
    <w:p>
      <w:pPr/>
      <w:r>
        <w:t>Jesus' instruction to Ephesus is wonderfully practical: remember, repent, and do the things you did at first. There are seasons when the way forward begins by going back. Go back to what once fed the fire. Go back to prayer that was not rushed. Go back to Scripture that was not merely preparation for a sermon. Go back to worship that was not about a platform. Go back to serving people because you loved them, not because your name was on the rota.</w:t>
      </w:r>
    </w:p>
    <w:p>
      <w:pPr/>
      <w:r>
        <w:t>Paul told Timothy to "fan into flame the gift of God." Fire has to be tended. A flame can be neglected, but it can also be stirred. That means lost passion does not need to become your permanent spiritual condition. You may feel flat today, but flat is not final. You may have become cynical, tired, disappointed, or bored with the familiar rhythms of church life, but Jesus is still calling you back to first love.</w:t>
      </w:r>
    </w:p>
    <w:p>
      <w:pPr>
        <w:spacing w:before="280" w:after="280"/>
        <w:jc w:val="center"/>
      </w:pPr>
      <w:r>
        <w:rPr>
          <w:rFonts w:ascii="Aptos Display" w:hAnsi="Aptos Display"/>
          <w:b/>
          <w:color w:val="9A6A35"/>
          <w:sz w:val="32"/>
        </w:rPr>
        <w:t>Lost passion is not the end of the story. Lost things can be found.</w:t>
      </w:r>
    </w:p>
    <w:p>
      <w:pPr/>
      <w:r>
        <w:t>Become hungry for God again. Remove what hinders you. Become an extravagant worshiper again. Be a student of the Word. Give yourself back to God without keeping a private corner for yourself. Realign your priorities. Keep Him at the center of your busy life. Love God. Love His church. Reach the people in your world. None of that is complicated, but it is costly because wholehearted pursuit always is.</w:t>
      </w:r>
    </w:p>
    <w:p>
      <w:pPr/>
      <w:r>
        <w:t>If the fire has cooled, do not sit around describing the ashes. Light the lamp. Sweep the house. Search carefully. Let the Word expose you. Let repentance clean the room. Let prayer make you tender again. Let worship lift your eyes. Let the Holy Spirit breathe across what has become dry.</w:t>
      </w:r>
    </w:p>
    <w:p>
      <w:pPr/>
      <w:r>
        <w:t>And when the flame catches again, protect it. Feed it. Guard it. Keep your spiritual fervor. The God who searched for you when you were lost has not changed, and He has not stopped drawing you closer. There is still more of Him to know, more of His presence to carry, more people to love, and more kingdom work to do.</w:t>
      </w:r>
    </w:p>
    <w:p>
      <w:pPr/>
      <w:r>
        <w:t>You have not come too far. You have not been cold too long. The coin is still in the house. Turn on the light, move the furniture, get on your knees if you have to, and search until the joy, hunger, and fire of first love are burning again.</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Regaining Lost Passion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Regaining Lost Passion</dc:title>
  <dc:subject>Feature Article</dc:subject>
  <dc:creator>Tom Rawls</dc:creator>
  <cp:keywords>steadfast, immovable, abounding, faith, endurance, Holy Spirit, Christian leadership, discipleship</cp:keywords>
  <dc:description>generated by python-docx</dc:description>
  <cp:lastModifiedBy/>
  <cp:revision>1</cp:revision>
  <dcterms:created xsi:type="dcterms:W3CDTF">2013-12-23T23:15:00Z</dcterms:created>
  <dcterms:modified xsi:type="dcterms:W3CDTF">2013-12-23T23:15:00Z</dcterms:modified>
  <cp:category/>
</cp:coreProperties>
</file>